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A8C9B" w14:textId="2729B596" w:rsidR="00A36031" w:rsidRPr="007A4275" w:rsidRDefault="00000000" w:rsidP="007A4275">
      <w:pPr>
        <w:spacing w:after="0" w:line="240" w:lineRule="auto"/>
        <w:contextualSpacing/>
        <w:jc w:val="both"/>
        <w:rPr>
          <w:lang w:val="pl-PL"/>
        </w:rPr>
      </w:pPr>
      <w:r w:rsidRPr="007A4275">
        <w:rPr>
          <w:lang w:val="pl-PL"/>
        </w:rPr>
        <w:t>...............................................</w:t>
      </w:r>
      <w:r w:rsidR="007A4275">
        <w:rPr>
          <w:lang w:val="pl-PL"/>
        </w:rPr>
        <w:t xml:space="preserve">                                                  </w:t>
      </w:r>
      <w:r w:rsidRPr="007A4275">
        <w:rPr>
          <w:lang w:val="pl-PL"/>
        </w:rPr>
        <w:t xml:space="preserve">............................................... </w:t>
      </w:r>
      <w:r w:rsidR="007A4275">
        <w:rPr>
          <w:lang w:val="pl-PL"/>
        </w:rPr>
        <w:t xml:space="preserve">                                                                                               </w:t>
      </w:r>
      <w:r w:rsidR="007A4275" w:rsidRPr="007A4275">
        <w:rPr>
          <w:color w:val="FFFFFF" w:themeColor="background1"/>
          <w:lang w:val="pl-PL"/>
        </w:rPr>
        <w:t>…</w:t>
      </w:r>
      <w:proofErr w:type="gramStart"/>
      <w:r w:rsidR="007A4275" w:rsidRPr="007A4275">
        <w:rPr>
          <w:color w:val="FFFFFF" w:themeColor="background1"/>
          <w:lang w:val="pl-PL"/>
        </w:rPr>
        <w:t>…….</w:t>
      </w:r>
      <w:proofErr w:type="gramEnd"/>
      <w:r w:rsidR="007A4275" w:rsidRPr="007A4275">
        <w:rPr>
          <w:lang w:val="pl-PL"/>
        </w:rPr>
        <w:t xml:space="preserve">(pieczęć </w:t>
      </w:r>
      <w:proofErr w:type="gramStart"/>
      <w:r w:rsidR="007A4275" w:rsidRPr="007A4275">
        <w:rPr>
          <w:lang w:val="pl-PL"/>
        </w:rPr>
        <w:t xml:space="preserve">szkoły)   </w:t>
      </w:r>
      <w:proofErr w:type="gramEnd"/>
      <w:r w:rsidR="007A4275" w:rsidRPr="007A4275">
        <w:rPr>
          <w:lang w:val="pl-PL"/>
        </w:rPr>
        <w:t xml:space="preserve">      </w:t>
      </w:r>
      <w:r w:rsidR="007A4275">
        <w:rPr>
          <w:lang w:val="pl-PL"/>
        </w:rPr>
        <w:t xml:space="preserve">                                                      </w:t>
      </w:r>
      <w:proofErr w:type="gramStart"/>
      <w:r w:rsidR="007A4275">
        <w:rPr>
          <w:lang w:val="pl-PL"/>
        </w:rPr>
        <w:t xml:space="preserve">   </w:t>
      </w:r>
      <w:r w:rsidR="007A4275" w:rsidRPr="007A4275">
        <w:rPr>
          <w:lang w:val="pl-PL"/>
        </w:rPr>
        <w:t>(</w:t>
      </w:r>
      <w:proofErr w:type="gramEnd"/>
      <w:r w:rsidR="007A4275" w:rsidRPr="007A4275">
        <w:rPr>
          <w:lang w:val="pl-PL"/>
        </w:rPr>
        <w:t>miejscowość i data)</w:t>
      </w:r>
    </w:p>
    <w:p w14:paraId="48D3060E" w14:textId="77777777" w:rsidR="007A4275" w:rsidRDefault="007A4275" w:rsidP="007A4275">
      <w:pPr>
        <w:spacing w:after="0" w:line="240" w:lineRule="auto"/>
        <w:contextualSpacing/>
        <w:jc w:val="center"/>
        <w:rPr>
          <w:b/>
          <w:lang w:val="pl-PL"/>
        </w:rPr>
      </w:pPr>
    </w:p>
    <w:p w14:paraId="1FAF35AB" w14:textId="77777777" w:rsidR="007A4275" w:rsidRDefault="007A4275" w:rsidP="007A4275">
      <w:pPr>
        <w:spacing w:after="0" w:line="240" w:lineRule="auto"/>
        <w:contextualSpacing/>
        <w:jc w:val="center"/>
        <w:rPr>
          <w:b/>
          <w:lang w:val="pl-PL"/>
        </w:rPr>
      </w:pPr>
    </w:p>
    <w:p w14:paraId="5280B926" w14:textId="1FAAA8E8" w:rsidR="00A36031" w:rsidRPr="007A4275" w:rsidRDefault="00000000" w:rsidP="007A4275">
      <w:pPr>
        <w:spacing w:after="0" w:line="240" w:lineRule="auto"/>
        <w:contextualSpacing/>
        <w:jc w:val="center"/>
        <w:rPr>
          <w:lang w:val="pl-PL"/>
        </w:rPr>
      </w:pPr>
      <w:r w:rsidRPr="007A4275">
        <w:rPr>
          <w:b/>
          <w:lang w:val="pl-PL"/>
        </w:rPr>
        <w:t>Opinia o uczniu/uczennicy szkoły ponadpodstawowej na potrzeby diagnozy</w:t>
      </w:r>
      <w:r w:rsidRPr="007A4275">
        <w:rPr>
          <w:b/>
          <w:lang w:val="pl-PL"/>
        </w:rPr>
        <w:br/>
        <w:t>Poradni Psychologiczno-Pedagogicznej w Międzychodzie</w:t>
      </w:r>
    </w:p>
    <w:p w14:paraId="5C7D9189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2F4BD268" w14:textId="3A294660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Nazwisko i imiona ucznia: ________________________________________________</w:t>
      </w:r>
    </w:p>
    <w:p w14:paraId="70A6B64B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0AD3A3F8" w14:textId="58452B9B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Nazwa szkoły: ____________________________________________________________</w:t>
      </w:r>
    </w:p>
    <w:p w14:paraId="59E1A31E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74461FCE" w14:textId="46AC450B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Klasa: __________________</w:t>
      </w:r>
    </w:p>
    <w:p w14:paraId="48A43038" w14:textId="77777777" w:rsidR="007A4275" w:rsidRDefault="007A4275" w:rsidP="007A4275">
      <w:pPr>
        <w:spacing w:after="0" w:line="240" w:lineRule="auto"/>
        <w:contextualSpacing/>
        <w:jc w:val="center"/>
        <w:rPr>
          <w:b/>
          <w:lang w:val="pl-PL"/>
        </w:rPr>
      </w:pPr>
    </w:p>
    <w:p w14:paraId="413F2350" w14:textId="403B93DC" w:rsidR="00A36031" w:rsidRPr="007A4275" w:rsidRDefault="00000000" w:rsidP="007A4275">
      <w:pPr>
        <w:spacing w:after="0" w:line="240" w:lineRule="auto"/>
        <w:contextualSpacing/>
        <w:jc w:val="center"/>
        <w:rPr>
          <w:lang w:val="pl-PL"/>
        </w:rPr>
      </w:pPr>
      <w:r w:rsidRPr="007A4275">
        <w:rPr>
          <w:b/>
          <w:lang w:val="pl-PL"/>
        </w:rPr>
        <w:t>OSIĄGNIĘCIA DYDAKTYCZNE</w:t>
      </w:r>
    </w:p>
    <w:p w14:paraId="672ABFE5" w14:textId="77777777" w:rsid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Postępy w nauce:</w:t>
      </w:r>
      <w:r w:rsidRPr="007A4275">
        <w:rPr>
          <w:lang w:val="pl-PL"/>
        </w:rPr>
        <w:br/>
        <w:t>Przejawia uzdolnienia, zainteresowania, osiągnięcia w nauce poszczególnych przedmiotów, np.:</w:t>
      </w:r>
      <w:r w:rsidRPr="007A4275">
        <w:rPr>
          <w:lang w:val="pl-PL"/>
        </w:rPr>
        <w:br/>
        <w:t>- historia</w:t>
      </w:r>
      <w:r w:rsidRPr="007A4275">
        <w:rPr>
          <w:lang w:val="pl-PL"/>
        </w:rPr>
        <w:br/>
        <w:t>- matematyka</w:t>
      </w:r>
      <w:r w:rsidRPr="007A4275">
        <w:rPr>
          <w:lang w:val="pl-PL"/>
        </w:rPr>
        <w:br/>
        <w:t>- biologia</w:t>
      </w:r>
      <w:r w:rsidRPr="007A4275">
        <w:rPr>
          <w:lang w:val="pl-PL"/>
        </w:rPr>
        <w:br/>
        <w:t>- chemia</w:t>
      </w:r>
      <w:r w:rsidRPr="007A4275">
        <w:rPr>
          <w:lang w:val="pl-PL"/>
        </w:rPr>
        <w:br/>
        <w:t>- język polski</w:t>
      </w:r>
      <w:r w:rsidRPr="007A4275">
        <w:rPr>
          <w:lang w:val="pl-PL"/>
        </w:rPr>
        <w:br/>
        <w:t>- inne</w:t>
      </w:r>
      <w:r w:rsidRPr="007A4275">
        <w:rPr>
          <w:lang w:val="pl-PL"/>
        </w:rPr>
        <w:br/>
      </w:r>
    </w:p>
    <w:p w14:paraId="2D50093E" w14:textId="44E78284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Motywacja</w:t>
      </w:r>
      <w:r w:rsidR="007A4275">
        <w:rPr>
          <w:lang w:val="pl-PL"/>
        </w:rPr>
        <w:t xml:space="preserve"> do nauki:</w:t>
      </w:r>
    </w:p>
    <w:p w14:paraId="07C5833B" w14:textId="203C17F1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490CA70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727F6C22" w14:textId="55C305DB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Tempo pracy umysłowej</w:t>
      </w:r>
      <w:r w:rsidR="007A4275">
        <w:rPr>
          <w:lang w:val="pl-PL"/>
        </w:rPr>
        <w:t>:</w:t>
      </w:r>
    </w:p>
    <w:p w14:paraId="309E6C2B" w14:textId="7D0C2780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D809A72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2A383DED" w14:textId="56545D00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Przejawia trudności:</w:t>
      </w:r>
    </w:p>
    <w:p w14:paraId="4AA7CF14" w14:textId="72CB086A" w:rsid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8F44E53" w14:textId="77777777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5363492B" w14:textId="77777777" w:rsidR="00A36031" w:rsidRPr="007A4275" w:rsidRDefault="00000000" w:rsidP="007A4275">
      <w:pPr>
        <w:spacing w:after="0" w:line="240" w:lineRule="auto"/>
        <w:contextualSpacing/>
        <w:jc w:val="center"/>
        <w:rPr>
          <w:lang w:val="pl-PL"/>
        </w:rPr>
      </w:pPr>
      <w:r w:rsidRPr="007A4275">
        <w:rPr>
          <w:b/>
          <w:lang w:val="pl-PL"/>
        </w:rPr>
        <w:t>FUNKCJONOWANIE SZKOLNE UCZNIA/UCZENNICY</w:t>
      </w:r>
    </w:p>
    <w:p w14:paraId="7BB6A3E8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22FAC7D8" w14:textId="0F6DA098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Stosunek do obowiązków szkolnych:</w:t>
      </w:r>
    </w:p>
    <w:p w14:paraId="290C4D43" w14:textId="14492953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511C619" w14:textId="77777777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lastRenderedPageBreak/>
        <w:t>Uczestnictwo w lekcjach:</w:t>
      </w:r>
    </w:p>
    <w:p w14:paraId="52D59375" w14:textId="020F2369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367A20E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78773999" w14:textId="19CE1E28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Relacje z rówieśnikami, pozycja w klasie:</w:t>
      </w:r>
    </w:p>
    <w:p w14:paraId="07CFE2CE" w14:textId="2E7F6F32" w:rsidR="00A36031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00000" w:rsidRPr="007A4275">
        <w:rPr>
          <w:lang w:val="pl-PL"/>
        </w:rPr>
        <w:t>Funkcjonowanie w sferze emocjonalno-społecznej:</w:t>
      </w:r>
    </w:p>
    <w:p w14:paraId="4D3C9DC6" w14:textId="0C25B8CA" w:rsidR="00A36031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97DA3D3" w14:textId="77777777" w:rsidR="00A36031" w:rsidRPr="007A4275" w:rsidRDefault="00000000" w:rsidP="007A4275">
      <w:pPr>
        <w:spacing w:after="0" w:line="240" w:lineRule="auto"/>
        <w:contextualSpacing/>
        <w:jc w:val="center"/>
        <w:rPr>
          <w:b/>
          <w:lang w:val="pl-PL"/>
        </w:rPr>
      </w:pPr>
      <w:r w:rsidRPr="007A4275">
        <w:rPr>
          <w:b/>
          <w:lang w:val="pl-PL"/>
        </w:rPr>
        <w:t>Stan zdrowia ucznia/uczennicy:</w:t>
      </w:r>
    </w:p>
    <w:p w14:paraId="76129F82" w14:textId="19402A71" w:rsidR="007A4275" w:rsidRPr="007A4275" w:rsidRDefault="007A4275" w:rsidP="007A4275">
      <w:pPr>
        <w:spacing w:after="0" w:line="240" w:lineRule="auto"/>
        <w:contextualSpacing/>
        <w:rPr>
          <w:bCs/>
          <w:lang w:val="pl-PL"/>
        </w:rPr>
      </w:pPr>
      <w:r>
        <w:rPr>
          <w:bCs/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539AADB" w14:textId="77777777" w:rsidR="007A4275" w:rsidRPr="007A4275" w:rsidRDefault="007A4275" w:rsidP="007A4275">
      <w:pPr>
        <w:spacing w:after="0" w:line="240" w:lineRule="auto"/>
        <w:contextualSpacing/>
        <w:rPr>
          <w:b/>
          <w:lang w:val="pl-PL"/>
        </w:rPr>
      </w:pPr>
    </w:p>
    <w:p w14:paraId="051651D4" w14:textId="4DA8F130" w:rsidR="00A36031" w:rsidRPr="007A4275" w:rsidRDefault="00000000" w:rsidP="007A4275">
      <w:pPr>
        <w:spacing w:after="0" w:line="240" w:lineRule="auto"/>
        <w:contextualSpacing/>
        <w:jc w:val="center"/>
        <w:rPr>
          <w:b/>
          <w:lang w:val="pl-PL"/>
        </w:rPr>
      </w:pPr>
      <w:r w:rsidRPr="007A4275">
        <w:rPr>
          <w:b/>
          <w:lang w:val="pl-PL"/>
        </w:rPr>
        <w:t>Zainteresowania i uzdolnienia ucznia/uczennicy, osiągnięcia, mocne strony</w:t>
      </w:r>
      <w:r w:rsidR="007A4275" w:rsidRPr="007A4275">
        <w:rPr>
          <w:b/>
          <w:lang w:val="pl-PL"/>
        </w:rPr>
        <w:t>:</w:t>
      </w:r>
    </w:p>
    <w:p w14:paraId="29A91C82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444DF66D" w14:textId="705C8D64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Zainteresowania:</w:t>
      </w:r>
    </w:p>
    <w:p w14:paraId="30D1B50C" w14:textId="09165425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24B2F20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02973E19" w14:textId="38A6CE75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Mocne strony:</w:t>
      </w:r>
    </w:p>
    <w:p w14:paraId="614FE17D" w14:textId="76777E0D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3FDBDE1" w14:textId="77777777" w:rsidR="007A4275" w:rsidRDefault="007A4275" w:rsidP="007A4275">
      <w:pPr>
        <w:spacing w:after="0" w:line="240" w:lineRule="auto"/>
        <w:contextualSpacing/>
        <w:jc w:val="center"/>
        <w:rPr>
          <w:b/>
          <w:lang w:val="pl-PL"/>
        </w:rPr>
      </w:pPr>
    </w:p>
    <w:p w14:paraId="54035DD5" w14:textId="612BAFA2" w:rsidR="00A36031" w:rsidRDefault="00000000" w:rsidP="007A4275">
      <w:pPr>
        <w:spacing w:after="0" w:line="240" w:lineRule="auto"/>
        <w:contextualSpacing/>
        <w:jc w:val="center"/>
        <w:rPr>
          <w:b/>
          <w:lang w:val="pl-PL"/>
        </w:rPr>
      </w:pPr>
      <w:r w:rsidRPr="007A4275">
        <w:rPr>
          <w:b/>
          <w:lang w:val="pl-PL"/>
        </w:rPr>
        <w:t>ŚRODOWISKO RODZINNE UCZNIA/UCZENNICY</w:t>
      </w:r>
    </w:p>
    <w:p w14:paraId="412790FA" w14:textId="77777777" w:rsidR="007A4275" w:rsidRPr="007A4275" w:rsidRDefault="007A4275" w:rsidP="007A4275">
      <w:pPr>
        <w:spacing w:after="0" w:line="240" w:lineRule="auto"/>
        <w:contextualSpacing/>
        <w:jc w:val="center"/>
        <w:rPr>
          <w:lang w:val="pl-PL"/>
        </w:rPr>
      </w:pPr>
    </w:p>
    <w:p w14:paraId="2033847B" w14:textId="77777777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• Zainteresowanie rodziców/opiekunów nauką szkolną dziecka:</w:t>
      </w:r>
    </w:p>
    <w:p w14:paraId="736E1CD3" w14:textId="77777777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• Wymagania rodziców/opiekunów dotyczące wyników dziecka w nauce:</w:t>
      </w:r>
    </w:p>
    <w:p w14:paraId="6254C90E" w14:textId="77777777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• Postawy rodziców/opiekunów dotyczące wyników dziecka w nauce:</w:t>
      </w:r>
    </w:p>
    <w:p w14:paraId="69B20868" w14:textId="77777777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• Postawy rodziców/opiekunów wobec dziecka:</w:t>
      </w:r>
    </w:p>
    <w:p w14:paraId="6DF97451" w14:textId="77777777" w:rsidR="00A36031" w:rsidRPr="007A4275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• Współpraca rodziców/opiekunów ze szkołą:</w:t>
      </w:r>
    </w:p>
    <w:p w14:paraId="41D2A363" w14:textId="77777777" w:rsid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15F02EE8" w14:textId="25F1A1A3" w:rsidR="00A36031" w:rsidRDefault="00000000" w:rsidP="007A4275">
      <w:pPr>
        <w:spacing w:after="0" w:line="240" w:lineRule="auto"/>
        <w:contextualSpacing/>
        <w:rPr>
          <w:lang w:val="pl-PL"/>
        </w:rPr>
      </w:pPr>
      <w:r w:rsidRPr="007A4275">
        <w:rPr>
          <w:lang w:val="pl-PL"/>
        </w:rPr>
        <w:t>Inne ważne informacje o funkcjonowaniu rodziny:</w:t>
      </w:r>
    </w:p>
    <w:p w14:paraId="5B947989" w14:textId="77777777" w:rsidR="007A4275" w:rsidRPr="007A4275" w:rsidRDefault="007A4275" w:rsidP="007A4275">
      <w:pPr>
        <w:spacing w:after="0" w:line="240" w:lineRule="auto"/>
        <w:contextualSpacing/>
        <w:rPr>
          <w:lang w:val="pl-PL"/>
        </w:rPr>
      </w:pPr>
    </w:p>
    <w:p w14:paraId="63BC073C" w14:textId="77777777" w:rsidR="00A36031" w:rsidRDefault="00000000" w:rsidP="007A4275">
      <w:pPr>
        <w:spacing w:after="0" w:line="240" w:lineRule="auto"/>
        <w:contextualSpacing/>
        <w:jc w:val="center"/>
        <w:rPr>
          <w:b/>
          <w:lang w:val="pl-PL"/>
        </w:rPr>
      </w:pPr>
      <w:r w:rsidRPr="007A4275">
        <w:rPr>
          <w:b/>
          <w:lang w:val="pl-PL"/>
        </w:rPr>
        <w:t>FORMY POMOCY PSYCHOLOGICZNO-PEDAGOGICZNEJ UDZIELANEJ UCZNIOWI/UCZENNICY NA TERENIE SZKOŁY</w:t>
      </w:r>
    </w:p>
    <w:p w14:paraId="0C40CC07" w14:textId="62DAA068" w:rsidR="00191583" w:rsidRPr="00191583" w:rsidRDefault="00191583" w:rsidP="00191583">
      <w:pPr>
        <w:spacing w:after="0" w:line="240" w:lineRule="auto"/>
        <w:contextualSpacing/>
        <w:jc w:val="both"/>
        <w:rPr>
          <w:bCs/>
          <w:lang w:val="pl-PL"/>
        </w:rPr>
      </w:pPr>
      <w:r w:rsidRPr="00191583">
        <w:rPr>
          <w:bCs/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58765F3" w14:textId="77777777" w:rsidR="00191583" w:rsidRDefault="00191583" w:rsidP="007A4275">
      <w:pPr>
        <w:spacing w:after="0" w:line="240" w:lineRule="auto"/>
        <w:contextualSpacing/>
        <w:rPr>
          <w:b/>
          <w:lang w:val="pl-PL"/>
        </w:rPr>
      </w:pPr>
    </w:p>
    <w:p w14:paraId="0AE74094" w14:textId="24F9282F" w:rsidR="00A36031" w:rsidRPr="007A4275" w:rsidRDefault="00191583" w:rsidP="007A4275">
      <w:pPr>
        <w:spacing w:after="0" w:line="240" w:lineRule="auto"/>
        <w:contextualSpacing/>
        <w:rPr>
          <w:lang w:val="pl-PL"/>
        </w:rPr>
      </w:pPr>
      <w:r>
        <w:rPr>
          <w:b/>
          <w:lang w:val="pl-PL"/>
        </w:rPr>
        <w:lastRenderedPageBreak/>
        <w:t>D</w:t>
      </w:r>
      <w:r w:rsidR="00000000" w:rsidRPr="007A4275">
        <w:rPr>
          <w:b/>
          <w:lang w:val="pl-PL"/>
        </w:rPr>
        <w:t>odatkowe informacje/uwagi/sugestie</w:t>
      </w:r>
    </w:p>
    <w:p w14:paraId="2CC866E8" w14:textId="5C59F386" w:rsidR="00A36031" w:rsidRPr="007A4275" w:rsidRDefault="00191583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00000" w:rsidRPr="007A4275">
        <w:rPr>
          <w:lang w:val="pl-PL"/>
        </w:rPr>
        <w:br/>
      </w:r>
      <w:r w:rsidR="00000000" w:rsidRPr="007A4275">
        <w:rPr>
          <w:lang w:val="pl-PL"/>
        </w:rPr>
        <w:br/>
        <w:t xml:space="preserve">.................................................              </w:t>
      </w:r>
      <w:r>
        <w:rPr>
          <w:lang w:val="pl-PL"/>
        </w:rPr>
        <w:t xml:space="preserve">                              </w:t>
      </w:r>
      <w:r w:rsidR="00000000" w:rsidRPr="007A4275">
        <w:rPr>
          <w:lang w:val="pl-PL"/>
        </w:rPr>
        <w:t>.................................................</w:t>
      </w:r>
    </w:p>
    <w:p w14:paraId="1F209425" w14:textId="1F018E11" w:rsidR="00A36031" w:rsidRPr="007A4275" w:rsidRDefault="00191583" w:rsidP="007A4275">
      <w:pPr>
        <w:spacing w:after="0" w:line="240" w:lineRule="auto"/>
        <w:contextualSpacing/>
        <w:rPr>
          <w:lang w:val="pl-PL"/>
        </w:rPr>
      </w:pPr>
      <w:r>
        <w:rPr>
          <w:lang w:val="pl-PL"/>
        </w:rPr>
        <w:t>p</w:t>
      </w:r>
      <w:r w:rsidR="00000000" w:rsidRPr="007A4275">
        <w:rPr>
          <w:lang w:val="pl-PL"/>
        </w:rPr>
        <w:t xml:space="preserve">odpis nauczyciela/wychowawcy         </w:t>
      </w:r>
      <w:r>
        <w:rPr>
          <w:lang w:val="pl-PL"/>
        </w:rPr>
        <w:t xml:space="preserve"> </w:t>
      </w:r>
      <w:r w:rsidR="00000000" w:rsidRPr="007A4275">
        <w:rPr>
          <w:lang w:val="pl-PL"/>
        </w:rPr>
        <w:t xml:space="preserve">        </w:t>
      </w:r>
      <w:r>
        <w:rPr>
          <w:lang w:val="pl-PL"/>
        </w:rPr>
        <w:t xml:space="preserve">                       </w:t>
      </w:r>
      <w:r w:rsidR="00000000" w:rsidRPr="007A4275">
        <w:rPr>
          <w:lang w:val="pl-PL"/>
        </w:rPr>
        <w:t xml:space="preserve">    podpis i pieczęć dyrektora</w:t>
      </w:r>
    </w:p>
    <w:sectPr w:rsidR="00A36031" w:rsidRPr="007A4275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99517" w14:textId="77777777" w:rsidR="007003E4" w:rsidRDefault="007003E4" w:rsidP="00191583">
      <w:pPr>
        <w:spacing w:after="0" w:line="240" w:lineRule="auto"/>
      </w:pPr>
      <w:r>
        <w:separator/>
      </w:r>
    </w:p>
  </w:endnote>
  <w:endnote w:type="continuationSeparator" w:id="0">
    <w:p w14:paraId="71BB6D60" w14:textId="77777777" w:rsidR="007003E4" w:rsidRDefault="007003E4" w:rsidP="001915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99435230"/>
      <w:docPartObj>
        <w:docPartGallery w:val="Page Numbers (Bottom of Page)"/>
        <w:docPartUnique/>
      </w:docPartObj>
    </w:sdtPr>
    <w:sdtContent>
      <w:p w14:paraId="2E7082DA" w14:textId="2CCA41A6" w:rsidR="00191583" w:rsidRDefault="0019158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l-PL"/>
          </w:rPr>
          <w:t>2</w:t>
        </w:r>
        <w:r>
          <w:fldChar w:fldCharType="end"/>
        </w:r>
      </w:p>
    </w:sdtContent>
  </w:sdt>
  <w:p w14:paraId="72950F2B" w14:textId="77777777" w:rsidR="00191583" w:rsidRDefault="0019158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55D545" w14:textId="77777777" w:rsidR="007003E4" w:rsidRDefault="007003E4" w:rsidP="00191583">
      <w:pPr>
        <w:spacing w:after="0" w:line="240" w:lineRule="auto"/>
      </w:pPr>
      <w:r>
        <w:separator/>
      </w:r>
    </w:p>
  </w:footnote>
  <w:footnote w:type="continuationSeparator" w:id="0">
    <w:p w14:paraId="34455DCC" w14:textId="77777777" w:rsidR="007003E4" w:rsidRDefault="007003E4" w:rsidP="001915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7959040">
    <w:abstractNumId w:val="8"/>
  </w:num>
  <w:num w:numId="2" w16cid:durableId="1179150499">
    <w:abstractNumId w:val="6"/>
  </w:num>
  <w:num w:numId="3" w16cid:durableId="429282689">
    <w:abstractNumId w:val="5"/>
  </w:num>
  <w:num w:numId="4" w16cid:durableId="299191069">
    <w:abstractNumId w:val="4"/>
  </w:num>
  <w:num w:numId="5" w16cid:durableId="1592280191">
    <w:abstractNumId w:val="7"/>
  </w:num>
  <w:num w:numId="6" w16cid:durableId="1926841511">
    <w:abstractNumId w:val="3"/>
  </w:num>
  <w:num w:numId="7" w16cid:durableId="1637107941">
    <w:abstractNumId w:val="2"/>
  </w:num>
  <w:num w:numId="8" w16cid:durableId="1137995123">
    <w:abstractNumId w:val="1"/>
  </w:num>
  <w:num w:numId="9" w16cid:durableId="1725373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91583"/>
    <w:rsid w:val="0029639D"/>
    <w:rsid w:val="00326F90"/>
    <w:rsid w:val="007003E4"/>
    <w:rsid w:val="007A4275"/>
    <w:rsid w:val="00A36031"/>
    <w:rsid w:val="00A82A4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9416ED"/>
  <w14:defaultImageDpi w14:val="300"/>
  <w15:docId w15:val="{CA5928D5-7EF5-45AB-9DD7-90387C68D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471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Agata Walorczyk</cp:lastModifiedBy>
  <cp:revision>3</cp:revision>
  <dcterms:created xsi:type="dcterms:W3CDTF">2013-12-23T23:15:00Z</dcterms:created>
  <dcterms:modified xsi:type="dcterms:W3CDTF">2026-06-29T09:46:00Z</dcterms:modified>
  <cp:category/>
</cp:coreProperties>
</file>